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05180" w14:textId="2A49BCA8" w:rsidR="00C947AE" w:rsidRPr="00E140A2" w:rsidRDefault="00DB6A49" w:rsidP="000A2606">
      <w:pPr>
        <w:pStyle w:val="Title"/>
        <w:jc w:val="center"/>
        <w:rPr>
          <w:sz w:val="28"/>
          <w:szCs w:val="28"/>
        </w:rPr>
      </w:pPr>
      <w:r w:rsidRPr="00E140A2">
        <w:rPr>
          <w:sz w:val="28"/>
          <w:szCs w:val="28"/>
        </w:rPr>
        <w:t xml:space="preserve">CONTOH </w:t>
      </w:r>
      <w:r w:rsidR="000A2606" w:rsidRPr="00E140A2">
        <w:rPr>
          <w:sz w:val="28"/>
          <w:szCs w:val="28"/>
        </w:rPr>
        <w:t>SENARAI SEMAK PENDAFTARAN</w:t>
      </w:r>
    </w:p>
    <w:p w14:paraId="2C2E5606" w14:textId="69D745FB" w:rsidR="00DB6A49" w:rsidRDefault="00770AAF">
      <w:r>
        <w:rPr>
          <w:noProof/>
        </w:rPr>
        <w:drawing>
          <wp:anchor distT="0" distB="0" distL="114300" distR="114300" simplePos="0" relativeHeight="251658240" behindDoc="0" locked="0" layoutInCell="1" allowOverlap="1" wp14:anchorId="19085AF6" wp14:editId="3D3281EF">
            <wp:simplePos x="0" y="0"/>
            <wp:positionH relativeFrom="column">
              <wp:posOffset>4825925</wp:posOffset>
            </wp:positionH>
            <wp:positionV relativeFrom="paragraph">
              <wp:posOffset>32348</wp:posOffset>
            </wp:positionV>
            <wp:extent cx="746930" cy="923548"/>
            <wp:effectExtent l="0" t="0" r="0" b="0"/>
            <wp:wrapNone/>
            <wp:docPr id="6976615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30" cy="92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DB6A49">
        <w:t>SUKAN :</w:t>
      </w:r>
      <w:proofErr w:type="gramEnd"/>
      <w:r w:rsidR="00DB6A49">
        <w:t xml:space="preserve"> BOLA JARING</w:t>
      </w:r>
    </w:p>
    <w:p w14:paraId="3BA38C45" w14:textId="35959D0A" w:rsidR="00C947AE" w:rsidRDefault="00DB6A49">
      <w:proofErr w:type="gramStart"/>
      <w:r>
        <w:t>K</w:t>
      </w:r>
      <w:r w:rsidR="00853B47">
        <w:t>A</w:t>
      </w:r>
      <w:r>
        <w:t>T</w:t>
      </w:r>
      <w:r w:rsidR="00853B47">
        <w:t>E</w:t>
      </w:r>
      <w:r>
        <w:t>GORI :</w:t>
      </w:r>
      <w:proofErr w:type="gramEnd"/>
      <w:r>
        <w:t xml:space="preserve"> BAWAH 12 ☐ BAWAH 15 </w:t>
      </w:r>
      <w:proofErr w:type="gramStart"/>
      <w:r>
        <w:t>☐  BAWAH</w:t>
      </w:r>
      <w:proofErr w:type="gramEnd"/>
      <w:r>
        <w:t xml:space="preserve"> 18 ☐</w:t>
      </w:r>
    </w:p>
    <w:p w14:paraId="0C48F4B5" w14:textId="7A4A0EA5" w:rsidR="00C947AE" w:rsidRDefault="00000000">
      <w:r>
        <w:t xml:space="preserve">Nama </w:t>
      </w:r>
      <w:proofErr w:type="spellStart"/>
      <w:proofErr w:type="gramStart"/>
      <w:r>
        <w:t>Pasukan</w:t>
      </w:r>
      <w:proofErr w:type="spellEnd"/>
      <w:r>
        <w:t xml:space="preserve"> :</w:t>
      </w:r>
      <w:proofErr w:type="gramEnd"/>
      <w:r>
        <w:t xml:space="preserve"> ____________________________</w:t>
      </w:r>
    </w:p>
    <w:p w14:paraId="7F9E8AA2" w14:textId="2BC085E4" w:rsidR="00C947AE" w:rsidRDefault="00000000">
      <w:r>
        <w:t>Negeri / Daerah</w:t>
      </w:r>
      <w:r w:rsidR="00DB6A49">
        <w:t>/</w:t>
      </w:r>
      <w:proofErr w:type="spellStart"/>
      <w:proofErr w:type="gramStart"/>
      <w:r w:rsidR="00DB6A49">
        <w:t>Sekolah</w:t>
      </w:r>
      <w:proofErr w:type="spellEnd"/>
      <w:r>
        <w:t xml:space="preserve"> :</w:t>
      </w:r>
      <w:proofErr w:type="gramEnd"/>
      <w:r>
        <w:t xml:space="preserve"> ____________________________</w:t>
      </w:r>
    </w:p>
    <w:p w14:paraId="0F5F3B86" w14:textId="3B66F45C" w:rsidR="00DB6A49" w:rsidRDefault="00DB6A49">
      <w:r>
        <w:t>(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borang</w:t>
      </w:r>
      <w:proofErr w:type="spellEnd"/>
      <w:r>
        <w:t xml:space="preserve"> </w:t>
      </w:r>
      <w:proofErr w:type="spellStart"/>
      <w:r>
        <w:t>mengikut</w:t>
      </w:r>
      <w:proofErr w:type="spellEnd"/>
      <w:r>
        <w:t xml:space="preserve"> </w:t>
      </w:r>
      <w:proofErr w:type="spellStart"/>
      <w:r>
        <w:t>atlet</w:t>
      </w:r>
      <w:proofErr w:type="spellEnd"/>
      <w:r>
        <w:t>)</w:t>
      </w:r>
    </w:p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708"/>
        <w:gridCol w:w="5388"/>
        <w:gridCol w:w="1134"/>
        <w:gridCol w:w="1417"/>
        <w:gridCol w:w="2410"/>
      </w:tblGrid>
      <w:tr w:rsidR="00C947AE" w14:paraId="36F1C98E" w14:textId="77777777" w:rsidTr="00317858">
        <w:tc>
          <w:tcPr>
            <w:tcW w:w="708" w:type="dxa"/>
          </w:tcPr>
          <w:p w14:paraId="003973FF" w14:textId="77777777" w:rsidR="00C947AE" w:rsidRDefault="00000000">
            <w:r>
              <w:t>Bil</w:t>
            </w:r>
          </w:p>
        </w:tc>
        <w:tc>
          <w:tcPr>
            <w:tcW w:w="5388" w:type="dxa"/>
          </w:tcPr>
          <w:p w14:paraId="3723BCF4" w14:textId="77777777" w:rsidR="00C947AE" w:rsidRDefault="00000000">
            <w:proofErr w:type="spellStart"/>
            <w:r>
              <w:t>Perkara</w:t>
            </w:r>
            <w:proofErr w:type="spellEnd"/>
          </w:p>
        </w:tc>
        <w:tc>
          <w:tcPr>
            <w:tcW w:w="1134" w:type="dxa"/>
          </w:tcPr>
          <w:p w14:paraId="7114A2C6" w14:textId="77777777" w:rsidR="00C947AE" w:rsidRDefault="00000000">
            <w:r>
              <w:t>Ada (✓)</w:t>
            </w:r>
          </w:p>
        </w:tc>
        <w:tc>
          <w:tcPr>
            <w:tcW w:w="1417" w:type="dxa"/>
          </w:tcPr>
          <w:p w14:paraId="3FB56EC1" w14:textId="77777777" w:rsidR="00C947AE" w:rsidRDefault="00000000">
            <w:r>
              <w:t>Tiada (✗)</w:t>
            </w:r>
          </w:p>
        </w:tc>
        <w:tc>
          <w:tcPr>
            <w:tcW w:w="2410" w:type="dxa"/>
          </w:tcPr>
          <w:p w14:paraId="2E66C073" w14:textId="77777777" w:rsidR="00C947AE" w:rsidRDefault="00000000">
            <w:proofErr w:type="spellStart"/>
            <w:r>
              <w:t>Catatan</w:t>
            </w:r>
            <w:proofErr w:type="spellEnd"/>
          </w:p>
        </w:tc>
      </w:tr>
      <w:tr w:rsidR="00C947AE" w14:paraId="020A6BE3" w14:textId="77777777" w:rsidTr="00317858">
        <w:tc>
          <w:tcPr>
            <w:tcW w:w="708" w:type="dxa"/>
          </w:tcPr>
          <w:p w14:paraId="74CE14E4" w14:textId="77777777" w:rsidR="00C947AE" w:rsidRDefault="00000000">
            <w:r>
              <w:t>1</w:t>
            </w:r>
          </w:p>
        </w:tc>
        <w:tc>
          <w:tcPr>
            <w:tcW w:w="5388" w:type="dxa"/>
          </w:tcPr>
          <w:p w14:paraId="21045389" w14:textId="08E20115" w:rsidR="00C947AE" w:rsidRDefault="00000000">
            <w:r>
              <w:t xml:space="preserve">Salinan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</w:t>
            </w:r>
            <w:r w:rsidR="00DB6A49">
              <w:t>RO2/MO2</w:t>
            </w:r>
            <w:r w:rsidR="00770AAF">
              <w:t xml:space="preserve"> </w:t>
            </w:r>
            <w:proofErr w:type="spellStart"/>
            <w:r w:rsidR="00770AAF">
              <w:t>dari</w:t>
            </w:r>
            <w:proofErr w:type="spellEnd"/>
            <w:r w:rsidR="00770AAF">
              <w:t xml:space="preserve"> e-</w:t>
            </w:r>
            <w:proofErr w:type="spellStart"/>
            <w:r w:rsidR="00770AAF">
              <w:t>kejohanan</w:t>
            </w:r>
            <w:proofErr w:type="spellEnd"/>
          </w:p>
        </w:tc>
        <w:tc>
          <w:tcPr>
            <w:tcW w:w="1134" w:type="dxa"/>
          </w:tcPr>
          <w:p w14:paraId="3E05670B" w14:textId="77777777" w:rsidR="00C947AE" w:rsidRDefault="00000000">
            <w:r>
              <w:t>☐</w:t>
            </w:r>
          </w:p>
        </w:tc>
        <w:tc>
          <w:tcPr>
            <w:tcW w:w="1417" w:type="dxa"/>
          </w:tcPr>
          <w:p w14:paraId="704ED447" w14:textId="77777777" w:rsidR="00C947AE" w:rsidRDefault="00000000">
            <w:r>
              <w:t>☐</w:t>
            </w:r>
          </w:p>
        </w:tc>
        <w:tc>
          <w:tcPr>
            <w:tcW w:w="2410" w:type="dxa"/>
          </w:tcPr>
          <w:p w14:paraId="1B32AC58" w14:textId="77777777" w:rsidR="00C947AE" w:rsidRDefault="00C947AE"/>
        </w:tc>
      </w:tr>
      <w:tr w:rsidR="00C947AE" w14:paraId="2606DEC4" w14:textId="77777777" w:rsidTr="00317858">
        <w:tc>
          <w:tcPr>
            <w:tcW w:w="708" w:type="dxa"/>
          </w:tcPr>
          <w:p w14:paraId="5BABD357" w14:textId="77777777" w:rsidR="00C947AE" w:rsidRDefault="00000000">
            <w:r>
              <w:t>4</w:t>
            </w:r>
          </w:p>
        </w:tc>
        <w:tc>
          <w:tcPr>
            <w:tcW w:w="5388" w:type="dxa"/>
          </w:tcPr>
          <w:p w14:paraId="69D790BC" w14:textId="410708B1" w:rsidR="00C947AE" w:rsidRDefault="00000000">
            <w:r>
              <w:t>Salinan</w:t>
            </w:r>
            <w:r w:rsidR="00DB6A49">
              <w:t xml:space="preserve"> R</w:t>
            </w:r>
            <w:r w:rsidR="00E140A2">
              <w:t>O</w:t>
            </w:r>
            <w:r w:rsidR="00DB6A49">
              <w:t>1/M</w:t>
            </w:r>
            <w:r w:rsidR="00E140A2">
              <w:t>O</w:t>
            </w:r>
            <w:r w:rsidR="00DB6A49">
              <w:t>1/</w:t>
            </w:r>
            <w:r>
              <w:t xml:space="preserve"> Kad </w:t>
            </w:r>
            <w:proofErr w:type="spellStart"/>
            <w:r>
              <w:t>Pengenalan</w:t>
            </w:r>
            <w:proofErr w:type="spellEnd"/>
            <w:r w:rsidR="00C35393">
              <w:t xml:space="preserve"> </w:t>
            </w:r>
            <w:r w:rsidR="00DB6A49">
              <w:t>/</w:t>
            </w:r>
            <w:proofErr w:type="spellStart"/>
            <w:r w:rsidR="00C35393">
              <w:t>Borang</w:t>
            </w:r>
            <w:proofErr w:type="spellEnd"/>
            <w:r w:rsidR="00C35393">
              <w:t xml:space="preserve"> </w:t>
            </w:r>
            <w:proofErr w:type="spellStart"/>
            <w:r w:rsidR="00853B47">
              <w:t>K</w:t>
            </w:r>
            <w:r w:rsidR="00C35393">
              <w:t>ebenaran</w:t>
            </w:r>
            <w:proofErr w:type="spellEnd"/>
            <w:r w:rsidR="00DB6A49">
              <w:t>/</w:t>
            </w:r>
            <w:proofErr w:type="spellStart"/>
            <w:r w:rsidR="00DB6A49">
              <w:t>Borang</w:t>
            </w:r>
            <w:proofErr w:type="spellEnd"/>
            <w:r w:rsidR="00DB6A49">
              <w:t xml:space="preserve"> Media/</w:t>
            </w:r>
            <w:proofErr w:type="spellStart"/>
            <w:r w:rsidR="00DB6A49">
              <w:t>Borang</w:t>
            </w:r>
            <w:proofErr w:type="spellEnd"/>
            <w:r w:rsidR="00DB6A49">
              <w:t xml:space="preserve"> </w:t>
            </w:r>
            <w:proofErr w:type="spellStart"/>
            <w:r w:rsidR="00853B47">
              <w:t>A</w:t>
            </w:r>
            <w:r w:rsidR="00DB6A49">
              <w:t>kuan</w:t>
            </w:r>
            <w:proofErr w:type="spellEnd"/>
            <w:r w:rsidR="00DB6A49">
              <w:t xml:space="preserve"> Kesihatan (</w:t>
            </w:r>
            <w:proofErr w:type="spellStart"/>
            <w:r w:rsidR="00DB6A49">
              <w:t>jika</w:t>
            </w:r>
            <w:proofErr w:type="spellEnd"/>
            <w:r w:rsidR="00DB6A49">
              <w:t xml:space="preserve"> </w:t>
            </w:r>
            <w:proofErr w:type="spellStart"/>
            <w:proofErr w:type="gramStart"/>
            <w:r w:rsidR="00DB6A49">
              <w:t>perlu</w:t>
            </w:r>
            <w:proofErr w:type="spellEnd"/>
            <w:r w:rsidR="00DB6A49">
              <w:t xml:space="preserve">) </w:t>
            </w:r>
            <w:r>
              <w:t xml:space="preserve"> </w:t>
            </w:r>
            <w:proofErr w:type="spellStart"/>
            <w:r>
              <w:t>Atlet</w:t>
            </w:r>
            <w:proofErr w:type="spellEnd"/>
            <w:proofErr w:type="gramEnd"/>
            <w:r w:rsidR="00C35393">
              <w:t xml:space="preserve"> 1</w:t>
            </w:r>
          </w:p>
        </w:tc>
        <w:tc>
          <w:tcPr>
            <w:tcW w:w="1134" w:type="dxa"/>
          </w:tcPr>
          <w:p w14:paraId="0DD87E3A" w14:textId="77777777" w:rsidR="00C947AE" w:rsidRDefault="00000000">
            <w:r>
              <w:t>☐</w:t>
            </w:r>
          </w:p>
        </w:tc>
        <w:tc>
          <w:tcPr>
            <w:tcW w:w="1417" w:type="dxa"/>
          </w:tcPr>
          <w:p w14:paraId="456F2933" w14:textId="77777777" w:rsidR="00C947AE" w:rsidRDefault="00000000">
            <w:r>
              <w:t>☐</w:t>
            </w:r>
          </w:p>
        </w:tc>
        <w:tc>
          <w:tcPr>
            <w:tcW w:w="2410" w:type="dxa"/>
          </w:tcPr>
          <w:p w14:paraId="548C50DC" w14:textId="77777777" w:rsidR="00C947AE" w:rsidRDefault="00C947AE"/>
        </w:tc>
      </w:tr>
      <w:tr w:rsidR="00DB6A49" w14:paraId="704ACE4F" w14:textId="77777777" w:rsidTr="00317858">
        <w:tc>
          <w:tcPr>
            <w:tcW w:w="708" w:type="dxa"/>
          </w:tcPr>
          <w:p w14:paraId="709CCCAF" w14:textId="77777777" w:rsidR="00DB6A49" w:rsidRDefault="00DB6A49" w:rsidP="00DB6A49">
            <w:r>
              <w:t>5</w:t>
            </w:r>
          </w:p>
        </w:tc>
        <w:tc>
          <w:tcPr>
            <w:tcW w:w="5388" w:type="dxa"/>
          </w:tcPr>
          <w:p w14:paraId="4A653A5A" w14:textId="1E65257B" w:rsidR="00DB6A49" w:rsidRDefault="00DB6A49" w:rsidP="00DB6A49">
            <w:r>
              <w:t>Salinan R</w:t>
            </w:r>
            <w:r w:rsidR="00E140A2">
              <w:t>O</w:t>
            </w:r>
            <w:r>
              <w:t>1/M</w:t>
            </w:r>
            <w:r w:rsidR="00E140A2">
              <w:t>O</w:t>
            </w:r>
            <w:r>
              <w:t xml:space="preserve">1/ Kad </w:t>
            </w:r>
            <w:proofErr w:type="spellStart"/>
            <w:r>
              <w:t>Pengenalan</w:t>
            </w:r>
            <w:proofErr w:type="spellEnd"/>
            <w:r>
              <w:t xml:space="preserve"> /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 w:rsidR="00853B47">
              <w:t>K</w:t>
            </w:r>
            <w:r>
              <w:t>ebenaran</w:t>
            </w:r>
            <w:proofErr w:type="spellEnd"/>
            <w:r>
              <w:t>/</w:t>
            </w:r>
            <w:proofErr w:type="spellStart"/>
            <w:r>
              <w:t>Borang</w:t>
            </w:r>
            <w:proofErr w:type="spellEnd"/>
            <w:r>
              <w:t xml:space="preserve"> Media/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 w:rsidR="00853B47">
              <w:t>A</w:t>
            </w:r>
            <w:r>
              <w:t>kuan</w:t>
            </w:r>
            <w:proofErr w:type="spellEnd"/>
            <w:r>
              <w:t xml:space="preserve"> Kesihatan (</w:t>
            </w:r>
            <w:proofErr w:type="spellStart"/>
            <w:r>
              <w:t>jika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perlu</w:t>
            </w:r>
            <w:proofErr w:type="spellEnd"/>
            <w:r>
              <w:t xml:space="preserve">)  </w:t>
            </w:r>
            <w:proofErr w:type="spellStart"/>
            <w:r>
              <w:t>Atlet</w:t>
            </w:r>
            <w:proofErr w:type="spellEnd"/>
            <w:proofErr w:type="gramEnd"/>
            <w:r>
              <w:t xml:space="preserve"> 2</w:t>
            </w:r>
          </w:p>
        </w:tc>
        <w:tc>
          <w:tcPr>
            <w:tcW w:w="1134" w:type="dxa"/>
          </w:tcPr>
          <w:p w14:paraId="287C7460" w14:textId="77777777" w:rsidR="00DB6A49" w:rsidRDefault="00DB6A49" w:rsidP="00DB6A49">
            <w:r>
              <w:t>☐</w:t>
            </w:r>
          </w:p>
        </w:tc>
        <w:tc>
          <w:tcPr>
            <w:tcW w:w="1417" w:type="dxa"/>
          </w:tcPr>
          <w:p w14:paraId="49894D02" w14:textId="77777777" w:rsidR="00DB6A49" w:rsidRDefault="00DB6A49" w:rsidP="00DB6A49">
            <w:r>
              <w:t>☐</w:t>
            </w:r>
          </w:p>
        </w:tc>
        <w:tc>
          <w:tcPr>
            <w:tcW w:w="2410" w:type="dxa"/>
          </w:tcPr>
          <w:p w14:paraId="335C202B" w14:textId="77777777" w:rsidR="00DB6A49" w:rsidRDefault="00DB6A49" w:rsidP="00DB6A49"/>
        </w:tc>
      </w:tr>
      <w:tr w:rsidR="00DB6A49" w14:paraId="46F00B53" w14:textId="77777777" w:rsidTr="00317858">
        <w:tc>
          <w:tcPr>
            <w:tcW w:w="708" w:type="dxa"/>
          </w:tcPr>
          <w:p w14:paraId="00D9B1DA" w14:textId="77777777" w:rsidR="00DB6A49" w:rsidRDefault="00DB6A49" w:rsidP="00DB6A49">
            <w:r>
              <w:t>6</w:t>
            </w:r>
          </w:p>
        </w:tc>
        <w:tc>
          <w:tcPr>
            <w:tcW w:w="5388" w:type="dxa"/>
          </w:tcPr>
          <w:p w14:paraId="3A88A321" w14:textId="13C445BC" w:rsidR="00DB6A49" w:rsidRDefault="00DB6A49" w:rsidP="00DB6A49">
            <w:r>
              <w:t>Salinan R</w:t>
            </w:r>
            <w:r w:rsidR="00E140A2">
              <w:t>O</w:t>
            </w:r>
            <w:r>
              <w:t>1/M</w:t>
            </w:r>
            <w:r w:rsidR="00E140A2">
              <w:t>O</w:t>
            </w:r>
            <w:r>
              <w:t xml:space="preserve">1/ Kad </w:t>
            </w:r>
            <w:proofErr w:type="spellStart"/>
            <w:r>
              <w:t>Pengenalan</w:t>
            </w:r>
            <w:proofErr w:type="spellEnd"/>
            <w:r>
              <w:t xml:space="preserve"> /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 w:rsidR="00853B47">
              <w:t>K</w:t>
            </w:r>
            <w:r>
              <w:t>ebenaran</w:t>
            </w:r>
            <w:proofErr w:type="spellEnd"/>
            <w:r>
              <w:t>/</w:t>
            </w:r>
            <w:proofErr w:type="spellStart"/>
            <w:r>
              <w:t>Borang</w:t>
            </w:r>
            <w:proofErr w:type="spellEnd"/>
            <w:r>
              <w:t xml:space="preserve"> Media/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 w:rsidR="00853B47">
              <w:t>A</w:t>
            </w:r>
            <w:r>
              <w:t>kuan</w:t>
            </w:r>
            <w:proofErr w:type="spellEnd"/>
            <w:r>
              <w:t xml:space="preserve"> Kesihatan (</w:t>
            </w:r>
            <w:proofErr w:type="spellStart"/>
            <w:r>
              <w:t>jika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perlu</w:t>
            </w:r>
            <w:proofErr w:type="spellEnd"/>
            <w:r>
              <w:t xml:space="preserve">)  </w:t>
            </w:r>
            <w:proofErr w:type="spellStart"/>
            <w:r>
              <w:t>Atlet</w:t>
            </w:r>
            <w:proofErr w:type="spellEnd"/>
            <w:proofErr w:type="gramEnd"/>
            <w:r>
              <w:t xml:space="preserve"> 3</w:t>
            </w:r>
          </w:p>
        </w:tc>
        <w:tc>
          <w:tcPr>
            <w:tcW w:w="1134" w:type="dxa"/>
          </w:tcPr>
          <w:p w14:paraId="26E705E7" w14:textId="77777777" w:rsidR="00DB6A49" w:rsidRDefault="00DB6A49" w:rsidP="00DB6A49">
            <w:r>
              <w:t>☐</w:t>
            </w:r>
          </w:p>
        </w:tc>
        <w:tc>
          <w:tcPr>
            <w:tcW w:w="1417" w:type="dxa"/>
          </w:tcPr>
          <w:p w14:paraId="07DA36DA" w14:textId="77777777" w:rsidR="00DB6A49" w:rsidRDefault="00DB6A49" w:rsidP="00DB6A49">
            <w:r>
              <w:t>☐</w:t>
            </w:r>
          </w:p>
        </w:tc>
        <w:tc>
          <w:tcPr>
            <w:tcW w:w="2410" w:type="dxa"/>
          </w:tcPr>
          <w:p w14:paraId="59770B0E" w14:textId="77777777" w:rsidR="00DB6A49" w:rsidRDefault="00DB6A49" w:rsidP="00DB6A49"/>
        </w:tc>
      </w:tr>
      <w:tr w:rsidR="00DB6A49" w14:paraId="54DEA92F" w14:textId="77777777" w:rsidTr="00317858">
        <w:tc>
          <w:tcPr>
            <w:tcW w:w="708" w:type="dxa"/>
          </w:tcPr>
          <w:p w14:paraId="01EF56EF" w14:textId="77777777" w:rsidR="00DB6A49" w:rsidRDefault="00DB6A49" w:rsidP="00DB6A49">
            <w:r>
              <w:t>7</w:t>
            </w:r>
          </w:p>
        </w:tc>
        <w:tc>
          <w:tcPr>
            <w:tcW w:w="5388" w:type="dxa"/>
          </w:tcPr>
          <w:p w14:paraId="55E6B1E4" w14:textId="16F4B21A" w:rsidR="00DB6A49" w:rsidRDefault="00E140A2" w:rsidP="00DB6A49">
            <w:r>
              <w:t xml:space="preserve">Salinan RO1/MO1/ Kad </w:t>
            </w:r>
            <w:proofErr w:type="spellStart"/>
            <w:r>
              <w:t>Pengenalan</w:t>
            </w:r>
            <w:proofErr w:type="spellEnd"/>
            <w:r>
              <w:t xml:space="preserve"> /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 w:rsidR="00853B47">
              <w:t>K</w:t>
            </w:r>
            <w:r>
              <w:t>ebenaran</w:t>
            </w:r>
            <w:proofErr w:type="spellEnd"/>
            <w:r>
              <w:t>/</w:t>
            </w:r>
            <w:proofErr w:type="spellStart"/>
            <w:r>
              <w:t>Borang</w:t>
            </w:r>
            <w:proofErr w:type="spellEnd"/>
            <w:r>
              <w:t xml:space="preserve"> Media/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 w:rsidR="00853B47">
              <w:t>A</w:t>
            </w:r>
            <w:r>
              <w:t>kuan</w:t>
            </w:r>
            <w:proofErr w:type="spellEnd"/>
            <w:r>
              <w:t xml:space="preserve"> Kesihatan (</w:t>
            </w:r>
            <w:proofErr w:type="spellStart"/>
            <w:r>
              <w:t>jika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perlu</w:t>
            </w:r>
            <w:proofErr w:type="spellEnd"/>
            <w:r>
              <w:t xml:space="preserve">)  </w:t>
            </w:r>
            <w:proofErr w:type="spellStart"/>
            <w:r>
              <w:t>Atlet</w:t>
            </w:r>
            <w:proofErr w:type="spellEnd"/>
            <w:proofErr w:type="gramEnd"/>
            <w:r>
              <w:t xml:space="preserve"> 4</w:t>
            </w:r>
          </w:p>
        </w:tc>
        <w:tc>
          <w:tcPr>
            <w:tcW w:w="1134" w:type="dxa"/>
          </w:tcPr>
          <w:p w14:paraId="0E4351F9" w14:textId="77777777" w:rsidR="00DB6A49" w:rsidRDefault="00DB6A49" w:rsidP="00DB6A49">
            <w:r>
              <w:t>☐</w:t>
            </w:r>
          </w:p>
        </w:tc>
        <w:tc>
          <w:tcPr>
            <w:tcW w:w="1417" w:type="dxa"/>
          </w:tcPr>
          <w:p w14:paraId="47AC7547" w14:textId="77777777" w:rsidR="00DB6A49" w:rsidRDefault="00DB6A49" w:rsidP="00DB6A49">
            <w:r>
              <w:t>☐</w:t>
            </w:r>
          </w:p>
        </w:tc>
        <w:tc>
          <w:tcPr>
            <w:tcW w:w="2410" w:type="dxa"/>
          </w:tcPr>
          <w:p w14:paraId="3E1C0AFF" w14:textId="77777777" w:rsidR="00DB6A49" w:rsidRDefault="00DB6A49" w:rsidP="00DB6A49"/>
        </w:tc>
      </w:tr>
      <w:tr w:rsidR="00E140A2" w14:paraId="3D36D336" w14:textId="77777777" w:rsidTr="00317858">
        <w:tc>
          <w:tcPr>
            <w:tcW w:w="708" w:type="dxa"/>
          </w:tcPr>
          <w:p w14:paraId="7D0D5406" w14:textId="77777777" w:rsidR="00E140A2" w:rsidRDefault="00E140A2" w:rsidP="00E140A2">
            <w:r>
              <w:t>8</w:t>
            </w:r>
          </w:p>
        </w:tc>
        <w:tc>
          <w:tcPr>
            <w:tcW w:w="5388" w:type="dxa"/>
          </w:tcPr>
          <w:p w14:paraId="035D763A" w14:textId="7B58E6E8" w:rsidR="00E140A2" w:rsidRDefault="00E140A2" w:rsidP="00E140A2">
            <w:r w:rsidRPr="002200E2">
              <w:t xml:space="preserve">Salinan RO1/MO1/ Kad </w:t>
            </w:r>
            <w:proofErr w:type="spellStart"/>
            <w:r w:rsidRPr="002200E2">
              <w:t>Pengenalan</w:t>
            </w:r>
            <w:proofErr w:type="spellEnd"/>
            <w:r w:rsidRPr="002200E2">
              <w:t xml:space="preserve"> 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K</w:t>
            </w:r>
            <w:r w:rsidRPr="002200E2">
              <w:t>ebenaran</w:t>
            </w:r>
            <w:proofErr w:type="spellEnd"/>
            <w:r w:rsidRPr="002200E2">
              <w:t>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Media/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A</w:t>
            </w:r>
            <w:r w:rsidRPr="002200E2">
              <w:t>kuan</w:t>
            </w:r>
            <w:proofErr w:type="spellEnd"/>
            <w:r w:rsidRPr="002200E2">
              <w:t xml:space="preserve"> Kesihatan (</w:t>
            </w:r>
            <w:proofErr w:type="spellStart"/>
            <w:r w:rsidRPr="002200E2">
              <w:t>jika</w:t>
            </w:r>
            <w:proofErr w:type="spellEnd"/>
            <w:r w:rsidRPr="002200E2">
              <w:t xml:space="preserve"> </w:t>
            </w:r>
            <w:proofErr w:type="spellStart"/>
            <w:proofErr w:type="gramStart"/>
            <w:r w:rsidRPr="002200E2">
              <w:t>perlu</w:t>
            </w:r>
            <w:proofErr w:type="spellEnd"/>
            <w:r w:rsidRPr="002200E2">
              <w:t xml:space="preserve">)  </w:t>
            </w:r>
            <w:proofErr w:type="spellStart"/>
            <w:r w:rsidRPr="002200E2">
              <w:t>Atlet</w:t>
            </w:r>
            <w:proofErr w:type="spellEnd"/>
            <w:proofErr w:type="gramEnd"/>
            <w:r w:rsidRPr="002200E2">
              <w:t xml:space="preserve"> </w:t>
            </w:r>
            <w:r>
              <w:t>5</w:t>
            </w:r>
          </w:p>
        </w:tc>
        <w:tc>
          <w:tcPr>
            <w:tcW w:w="1134" w:type="dxa"/>
          </w:tcPr>
          <w:p w14:paraId="338D2EEA" w14:textId="77777777" w:rsidR="00E140A2" w:rsidRDefault="00E140A2" w:rsidP="00E140A2">
            <w:r>
              <w:t>☐</w:t>
            </w:r>
          </w:p>
        </w:tc>
        <w:tc>
          <w:tcPr>
            <w:tcW w:w="1417" w:type="dxa"/>
          </w:tcPr>
          <w:p w14:paraId="4A4DA86A" w14:textId="77777777" w:rsidR="00E140A2" w:rsidRDefault="00E140A2" w:rsidP="00E140A2">
            <w:r>
              <w:t>☐</w:t>
            </w:r>
          </w:p>
        </w:tc>
        <w:tc>
          <w:tcPr>
            <w:tcW w:w="2410" w:type="dxa"/>
          </w:tcPr>
          <w:p w14:paraId="2042C972" w14:textId="77777777" w:rsidR="00E140A2" w:rsidRDefault="00E140A2" w:rsidP="00E140A2"/>
        </w:tc>
      </w:tr>
      <w:tr w:rsidR="00E140A2" w14:paraId="744657BE" w14:textId="77777777" w:rsidTr="00317858">
        <w:tc>
          <w:tcPr>
            <w:tcW w:w="708" w:type="dxa"/>
          </w:tcPr>
          <w:p w14:paraId="4899C412" w14:textId="5F695A6A" w:rsidR="00E140A2" w:rsidRDefault="00E140A2" w:rsidP="00E140A2">
            <w:r>
              <w:t>9</w:t>
            </w:r>
          </w:p>
        </w:tc>
        <w:tc>
          <w:tcPr>
            <w:tcW w:w="5388" w:type="dxa"/>
          </w:tcPr>
          <w:p w14:paraId="4E03C878" w14:textId="079B4EE2" w:rsidR="00E140A2" w:rsidRPr="007E5193" w:rsidRDefault="00E140A2" w:rsidP="00E140A2">
            <w:r w:rsidRPr="002200E2">
              <w:t xml:space="preserve">Salinan RO1/MO1/ Kad </w:t>
            </w:r>
            <w:proofErr w:type="spellStart"/>
            <w:r w:rsidRPr="002200E2">
              <w:t>Pengenalan</w:t>
            </w:r>
            <w:proofErr w:type="spellEnd"/>
            <w:r w:rsidRPr="002200E2">
              <w:t xml:space="preserve"> 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K</w:t>
            </w:r>
            <w:r w:rsidRPr="002200E2">
              <w:t>ebenaran</w:t>
            </w:r>
            <w:proofErr w:type="spellEnd"/>
            <w:r w:rsidRPr="002200E2">
              <w:t>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Media/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A</w:t>
            </w:r>
            <w:r w:rsidRPr="002200E2">
              <w:t>kuan</w:t>
            </w:r>
            <w:proofErr w:type="spellEnd"/>
            <w:r w:rsidRPr="002200E2">
              <w:t xml:space="preserve"> Kesihatan (</w:t>
            </w:r>
            <w:proofErr w:type="spellStart"/>
            <w:r w:rsidRPr="002200E2">
              <w:t>jika</w:t>
            </w:r>
            <w:proofErr w:type="spellEnd"/>
            <w:r w:rsidRPr="002200E2">
              <w:t xml:space="preserve"> </w:t>
            </w:r>
            <w:proofErr w:type="spellStart"/>
            <w:proofErr w:type="gramStart"/>
            <w:r w:rsidRPr="002200E2">
              <w:t>perlu</w:t>
            </w:r>
            <w:proofErr w:type="spellEnd"/>
            <w:r w:rsidRPr="002200E2">
              <w:t xml:space="preserve">)  </w:t>
            </w:r>
            <w:proofErr w:type="spellStart"/>
            <w:r w:rsidRPr="002200E2">
              <w:t>Atlet</w:t>
            </w:r>
            <w:proofErr w:type="spellEnd"/>
            <w:proofErr w:type="gramEnd"/>
            <w:r w:rsidRPr="002200E2">
              <w:t xml:space="preserve"> </w:t>
            </w:r>
            <w:r>
              <w:t>6</w:t>
            </w:r>
          </w:p>
        </w:tc>
        <w:tc>
          <w:tcPr>
            <w:tcW w:w="1134" w:type="dxa"/>
          </w:tcPr>
          <w:p w14:paraId="022E8CF2" w14:textId="56892BD8" w:rsidR="00E140A2" w:rsidRDefault="00E140A2" w:rsidP="00E140A2">
            <w:r>
              <w:t>☐</w:t>
            </w:r>
          </w:p>
        </w:tc>
        <w:tc>
          <w:tcPr>
            <w:tcW w:w="1417" w:type="dxa"/>
          </w:tcPr>
          <w:p w14:paraId="4EE1E23A" w14:textId="6763EB29" w:rsidR="00E140A2" w:rsidRDefault="00E140A2" w:rsidP="00E140A2">
            <w:r>
              <w:t>☐</w:t>
            </w:r>
          </w:p>
        </w:tc>
        <w:tc>
          <w:tcPr>
            <w:tcW w:w="2410" w:type="dxa"/>
          </w:tcPr>
          <w:p w14:paraId="4AB09B65" w14:textId="77777777" w:rsidR="00E140A2" w:rsidRDefault="00E140A2" w:rsidP="00E140A2"/>
        </w:tc>
      </w:tr>
      <w:tr w:rsidR="00E140A2" w14:paraId="2AD22F03" w14:textId="77777777" w:rsidTr="00317858">
        <w:tc>
          <w:tcPr>
            <w:tcW w:w="708" w:type="dxa"/>
          </w:tcPr>
          <w:p w14:paraId="268E1939" w14:textId="12090213" w:rsidR="00E140A2" w:rsidRDefault="00E140A2" w:rsidP="00E140A2">
            <w:r>
              <w:t>10</w:t>
            </w:r>
          </w:p>
        </w:tc>
        <w:tc>
          <w:tcPr>
            <w:tcW w:w="5388" w:type="dxa"/>
          </w:tcPr>
          <w:p w14:paraId="346A74AD" w14:textId="311B7815" w:rsidR="00E140A2" w:rsidRPr="007E5193" w:rsidRDefault="00E140A2" w:rsidP="00E140A2">
            <w:r w:rsidRPr="002200E2">
              <w:t xml:space="preserve">Salinan RO1/MO1/ Kad </w:t>
            </w:r>
            <w:proofErr w:type="spellStart"/>
            <w:r w:rsidRPr="002200E2">
              <w:t>Pengenalan</w:t>
            </w:r>
            <w:proofErr w:type="spellEnd"/>
            <w:r w:rsidRPr="002200E2">
              <w:t xml:space="preserve"> 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K</w:t>
            </w:r>
            <w:r w:rsidRPr="002200E2">
              <w:t>ebenaran</w:t>
            </w:r>
            <w:proofErr w:type="spellEnd"/>
            <w:r w:rsidRPr="002200E2">
              <w:t>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Media/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A</w:t>
            </w:r>
            <w:r w:rsidRPr="002200E2">
              <w:t>kuan</w:t>
            </w:r>
            <w:proofErr w:type="spellEnd"/>
            <w:r w:rsidRPr="002200E2">
              <w:t xml:space="preserve"> Kesihatan (</w:t>
            </w:r>
            <w:proofErr w:type="spellStart"/>
            <w:r w:rsidRPr="002200E2">
              <w:t>jika</w:t>
            </w:r>
            <w:proofErr w:type="spellEnd"/>
            <w:r w:rsidRPr="002200E2">
              <w:t xml:space="preserve"> </w:t>
            </w:r>
            <w:proofErr w:type="spellStart"/>
            <w:proofErr w:type="gramStart"/>
            <w:r w:rsidRPr="002200E2">
              <w:t>perlu</w:t>
            </w:r>
            <w:proofErr w:type="spellEnd"/>
            <w:r w:rsidRPr="002200E2">
              <w:t xml:space="preserve">)  </w:t>
            </w:r>
            <w:proofErr w:type="spellStart"/>
            <w:r w:rsidRPr="002200E2">
              <w:t>Atlet</w:t>
            </w:r>
            <w:proofErr w:type="spellEnd"/>
            <w:proofErr w:type="gramEnd"/>
            <w:r w:rsidRPr="002200E2">
              <w:t xml:space="preserve"> </w:t>
            </w:r>
            <w:r>
              <w:t>7</w:t>
            </w:r>
          </w:p>
        </w:tc>
        <w:tc>
          <w:tcPr>
            <w:tcW w:w="1134" w:type="dxa"/>
          </w:tcPr>
          <w:p w14:paraId="730AE9EF" w14:textId="7F418119" w:rsidR="00E140A2" w:rsidRDefault="00E140A2" w:rsidP="00E140A2">
            <w:r>
              <w:t>☐</w:t>
            </w:r>
          </w:p>
        </w:tc>
        <w:tc>
          <w:tcPr>
            <w:tcW w:w="1417" w:type="dxa"/>
          </w:tcPr>
          <w:p w14:paraId="04BD74E8" w14:textId="0F0289EE" w:rsidR="00E140A2" w:rsidRDefault="00E140A2" w:rsidP="00E140A2">
            <w:r>
              <w:t>☐</w:t>
            </w:r>
          </w:p>
        </w:tc>
        <w:tc>
          <w:tcPr>
            <w:tcW w:w="2410" w:type="dxa"/>
          </w:tcPr>
          <w:p w14:paraId="733A9E27" w14:textId="77777777" w:rsidR="00E140A2" w:rsidRDefault="00E140A2" w:rsidP="00E140A2"/>
        </w:tc>
      </w:tr>
      <w:tr w:rsidR="00E140A2" w14:paraId="2C55D400" w14:textId="77777777" w:rsidTr="00317858">
        <w:tc>
          <w:tcPr>
            <w:tcW w:w="708" w:type="dxa"/>
          </w:tcPr>
          <w:p w14:paraId="49920CAD" w14:textId="0AD99724" w:rsidR="00E140A2" w:rsidRDefault="00E140A2" w:rsidP="00E140A2">
            <w:r>
              <w:t>11</w:t>
            </w:r>
          </w:p>
        </w:tc>
        <w:tc>
          <w:tcPr>
            <w:tcW w:w="5388" w:type="dxa"/>
          </w:tcPr>
          <w:p w14:paraId="02FD1BA6" w14:textId="3481FC7E" w:rsidR="00E140A2" w:rsidRPr="007E5193" w:rsidRDefault="00E140A2" w:rsidP="00E140A2">
            <w:r w:rsidRPr="002200E2">
              <w:t xml:space="preserve">Salinan RO1/MO1/ Kad </w:t>
            </w:r>
            <w:proofErr w:type="spellStart"/>
            <w:r w:rsidRPr="002200E2">
              <w:t>Pengenalan</w:t>
            </w:r>
            <w:proofErr w:type="spellEnd"/>
            <w:r w:rsidRPr="002200E2">
              <w:t xml:space="preserve"> 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K</w:t>
            </w:r>
            <w:r w:rsidRPr="002200E2">
              <w:t>ebenaran</w:t>
            </w:r>
            <w:proofErr w:type="spellEnd"/>
            <w:r w:rsidRPr="002200E2">
              <w:t>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Media/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A</w:t>
            </w:r>
            <w:r w:rsidRPr="002200E2">
              <w:t>kuan</w:t>
            </w:r>
            <w:proofErr w:type="spellEnd"/>
            <w:r w:rsidRPr="002200E2">
              <w:t xml:space="preserve"> Kesihatan (</w:t>
            </w:r>
            <w:proofErr w:type="spellStart"/>
            <w:r w:rsidRPr="002200E2">
              <w:t>jika</w:t>
            </w:r>
            <w:proofErr w:type="spellEnd"/>
            <w:r w:rsidRPr="002200E2">
              <w:t xml:space="preserve"> </w:t>
            </w:r>
            <w:proofErr w:type="spellStart"/>
            <w:proofErr w:type="gramStart"/>
            <w:r w:rsidRPr="002200E2">
              <w:t>perlu</w:t>
            </w:r>
            <w:proofErr w:type="spellEnd"/>
            <w:r w:rsidRPr="002200E2">
              <w:t xml:space="preserve">)  </w:t>
            </w:r>
            <w:proofErr w:type="spellStart"/>
            <w:r w:rsidRPr="002200E2">
              <w:t>Atlet</w:t>
            </w:r>
            <w:proofErr w:type="spellEnd"/>
            <w:proofErr w:type="gramEnd"/>
            <w:r w:rsidRPr="002200E2">
              <w:t xml:space="preserve"> </w:t>
            </w:r>
            <w:r>
              <w:t>8</w:t>
            </w:r>
          </w:p>
        </w:tc>
        <w:tc>
          <w:tcPr>
            <w:tcW w:w="1134" w:type="dxa"/>
          </w:tcPr>
          <w:p w14:paraId="431A57C4" w14:textId="6F722E06" w:rsidR="00E140A2" w:rsidRDefault="00E140A2" w:rsidP="00E140A2">
            <w:r>
              <w:t>☐</w:t>
            </w:r>
          </w:p>
        </w:tc>
        <w:tc>
          <w:tcPr>
            <w:tcW w:w="1417" w:type="dxa"/>
          </w:tcPr>
          <w:p w14:paraId="64A5D757" w14:textId="0A5C8FB9" w:rsidR="00E140A2" w:rsidRDefault="00E140A2" w:rsidP="00E140A2">
            <w:r>
              <w:t>☐</w:t>
            </w:r>
          </w:p>
        </w:tc>
        <w:tc>
          <w:tcPr>
            <w:tcW w:w="2410" w:type="dxa"/>
          </w:tcPr>
          <w:p w14:paraId="49430CFB" w14:textId="77777777" w:rsidR="00E140A2" w:rsidRDefault="00E140A2" w:rsidP="00E140A2"/>
        </w:tc>
      </w:tr>
      <w:tr w:rsidR="00E140A2" w14:paraId="72CDE223" w14:textId="77777777" w:rsidTr="00317858">
        <w:tc>
          <w:tcPr>
            <w:tcW w:w="708" w:type="dxa"/>
          </w:tcPr>
          <w:p w14:paraId="6C6DE63E" w14:textId="7177ED30" w:rsidR="00E140A2" w:rsidRDefault="00E140A2" w:rsidP="00E140A2">
            <w:r>
              <w:t>12</w:t>
            </w:r>
          </w:p>
        </w:tc>
        <w:tc>
          <w:tcPr>
            <w:tcW w:w="5388" w:type="dxa"/>
          </w:tcPr>
          <w:p w14:paraId="4F26CDA3" w14:textId="1F26A007" w:rsidR="00E140A2" w:rsidRPr="007E5193" w:rsidRDefault="00E140A2" w:rsidP="00E140A2">
            <w:r w:rsidRPr="002200E2">
              <w:t xml:space="preserve">Salinan RO1/MO1/ Kad </w:t>
            </w:r>
            <w:proofErr w:type="spellStart"/>
            <w:r w:rsidRPr="002200E2">
              <w:t>Pengenalan</w:t>
            </w:r>
            <w:proofErr w:type="spellEnd"/>
            <w:r w:rsidRPr="002200E2">
              <w:t xml:space="preserve"> 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K</w:t>
            </w:r>
            <w:r w:rsidRPr="002200E2">
              <w:t>ebenaran</w:t>
            </w:r>
            <w:proofErr w:type="spellEnd"/>
            <w:r w:rsidRPr="002200E2">
              <w:t>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Media/</w:t>
            </w:r>
            <w:proofErr w:type="spellStart"/>
            <w:r w:rsidRPr="002200E2">
              <w:t>Borang</w:t>
            </w:r>
            <w:proofErr w:type="spellEnd"/>
            <w:r w:rsidRPr="002200E2">
              <w:t xml:space="preserve"> </w:t>
            </w:r>
            <w:proofErr w:type="spellStart"/>
            <w:r w:rsidR="00853B47">
              <w:t>A</w:t>
            </w:r>
            <w:r w:rsidRPr="002200E2">
              <w:t>kuan</w:t>
            </w:r>
            <w:proofErr w:type="spellEnd"/>
            <w:r w:rsidRPr="002200E2">
              <w:t xml:space="preserve"> Kesihatan (</w:t>
            </w:r>
            <w:proofErr w:type="spellStart"/>
            <w:r w:rsidRPr="002200E2">
              <w:t>jika</w:t>
            </w:r>
            <w:proofErr w:type="spellEnd"/>
            <w:r w:rsidRPr="002200E2">
              <w:t xml:space="preserve"> </w:t>
            </w:r>
            <w:proofErr w:type="spellStart"/>
            <w:proofErr w:type="gramStart"/>
            <w:r w:rsidRPr="002200E2">
              <w:t>perlu</w:t>
            </w:r>
            <w:proofErr w:type="spellEnd"/>
            <w:r w:rsidRPr="002200E2">
              <w:t xml:space="preserve">)  </w:t>
            </w:r>
            <w:proofErr w:type="spellStart"/>
            <w:r w:rsidRPr="002200E2">
              <w:t>Atlet</w:t>
            </w:r>
            <w:proofErr w:type="spellEnd"/>
            <w:proofErr w:type="gramEnd"/>
            <w:r w:rsidRPr="002200E2">
              <w:t xml:space="preserve"> </w:t>
            </w:r>
            <w:r>
              <w:t>9</w:t>
            </w:r>
          </w:p>
        </w:tc>
        <w:tc>
          <w:tcPr>
            <w:tcW w:w="1134" w:type="dxa"/>
          </w:tcPr>
          <w:p w14:paraId="1EABBC76" w14:textId="1C026348" w:rsidR="00E140A2" w:rsidRDefault="00E140A2" w:rsidP="00E140A2">
            <w:r>
              <w:t>☐</w:t>
            </w:r>
          </w:p>
        </w:tc>
        <w:tc>
          <w:tcPr>
            <w:tcW w:w="1417" w:type="dxa"/>
          </w:tcPr>
          <w:p w14:paraId="3D69B0F7" w14:textId="22A7880A" w:rsidR="00E140A2" w:rsidRDefault="00E140A2" w:rsidP="00E140A2">
            <w:r>
              <w:t>☐</w:t>
            </w:r>
          </w:p>
        </w:tc>
        <w:tc>
          <w:tcPr>
            <w:tcW w:w="2410" w:type="dxa"/>
          </w:tcPr>
          <w:p w14:paraId="1AB6D31E" w14:textId="77777777" w:rsidR="00E140A2" w:rsidRDefault="00E140A2" w:rsidP="00E140A2"/>
        </w:tc>
      </w:tr>
      <w:tr w:rsidR="00E140A2" w14:paraId="2C1A12F7" w14:textId="77777777" w:rsidTr="00317858">
        <w:tc>
          <w:tcPr>
            <w:tcW w:w="708" w:type="dxa"/>
          </w:tcPr>
          <w:p w14:paraId="61A1B165" w14:textId="30D8BD53" w:rsidR="00E140A2" w:rsidRDefault="00E140A2" w:rsidP="00E140A2">
            <w:r>
              <w:lastRenderedPageBreak/>
              <w:t>13</w:t>
            </w:r>
          </w:p>
        </w:tc>
        <w:tc>
          <w:tcPr>
            <w:tcW w:w="5388" w:type="dxa"/>
          </w:tcPr>
          <w:p w14:paraId="131F4CD5" w14:textId="38D025F1" w:rsidR="00E140A2" w:rsidRPr="008459EE" w:rsidRDefault="00E140A2" w:rsidP="00E140A2">
            <w:r w:rsidRPr="00CD7100">
              <w:t xml:space="preserve">Salinan RO1/MO1/ Kad </w:t>
            </w:r>
            <w:proofErr w:type="spellStart"/>
            <w:r w:rsidRPr="00CD7100">
              <w:t>Pengenalan</w:t>
            </w:r>
            <w:proofErr w:type="spellEnd"/>
            <w:r w:rsidRPr="00CD7100">
              <w:t xml:space="preserve"> 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</w:t>
            </w:r>
            <w:proofErr w:type="spellStart"/>
            <w:r w:rsidRPr="00CD7100">
              <w:t>kebenaran</w:t>
            </w:r>
            <w:proofErr w:type="spellEnd"/>
            <w:r w:rsidRPr="00CD7100">
              <w:t>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Media/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</w:t>
            </w:r>
            <w:proofErr w:type="spellStart"/>
            <w:r w:rsidR="00853B47">
              <w:t>A</w:t>
            </w:r>
            <w:r w:rsidRPr="00CD7100">
              <w:t>kuan</w:t>
            </w:r>
            <w:proofErr w:type="spellEnd"/>
            <w:r w:rsidRPr="00CD7100">
              <w:t xml:space="preserve"> Kesihatan (</w:t>
            </w:r>
            <w:proofErr w:type="spellStart"/>
            <w:r w:rsidRPr="00CD7100">
              <w:t>jika</w:t>
            </w:r>
            <w:proofErr w:type="spellEnd"/>
            <w:r w:rsidRPr="00CD7100">
              <w:t xml:space="preserve"> </w:t>
            </w:r>
            <w:proofErr w:type="spellStart"/>
            <w:proofErr w:type="gramStart"/>
            <w:r w:rsidRPr="00CD7100">
              <w:t>perlu</w:t>
            </w:r>
            <w:proofErr w:type="spellEnd"/>
            <w:r w:rsidRPr="00CD7100">
              <w:t xml:space="preserve">)  </w:t>
            </w:r>
            <w:proofErr w:type="spellStart"/>
            <w:r w:rsidRPr="00CD7100">
              <w:t>Atlet</w:t>
            </w:r>
            <w:proofErr w:type="spellEnd"/>
            <w:proofErr w:type="gramEnd"/>
            <w:r w:rsidRPr="00CD7100">
              <w:t xml:space="preserve"> </w:t>
            </w:r>
            <w:r>
              <w:t>10</w:t>
            </w:r>
          </w:p>
        </w:tc>
        <w:tc>
          <w:tcPr>
            <w:tcW w:w="1134" w:type="dxa"/>
          </w:tcPr>
          <w:p w14:paraId="32D33264" w14:textId="101ABB08" w:rsidR="00E140A2" w:rsidRDefault="00E140A2" w:rsidP="00E140A2">
            <w:r>
              <w:t>☐</w:t>
            </w:r>
          </w:p>
        </w:tc>
        <w:tc>
          <w:tcPr>
            <w:tcW w:w="1417" w:type="dxa"/>
          </w:tcPr>
          <w:p w14:paraId="6B40E3D8" w14:textId="6C85DBC0" w:rsidR="00E140A2" w:rsidRDefault="00E140A2" w:rsidP="00E140A2">
            <w:r>
              <w:t>☐</w:t>
            </w:r>
          </w:p>
        </w:tc>
        <w:tc>
          <w:tcPr>
            <w:tcW w:w="2410" w:type="dxa"/>
          </w:tcPr>
          <w:p w14:paraId="3371B42E" w14:textId="77777777" w:rsidR="00E140A2" w:rsidRDefault="00E140A2" w:rsidP="00E140A2"/>
        </w:tc>
      </w:tr>
      <w:tr w:rsidR="00E140A2" w14:paraId="77800AF6" w14:textId="77777777" w:rsidTr="00317858">
        <w:tc>
          <w:tcPr>
            <w:tcW w:w="708" w:type="dxa"/>
          </w:tcPr>
          <w:p w14:paraId="4A92040F" w14:textId="354B0687" w:rsidR="00E140A2" w:rsidRDefault="00E140A2" w:rsidP="00E140A2">
            <w:r>
              <w:t>14</w:t>
            </w:r>
          </w:p>
        </w:tc>
        <w:tc>
          <w:tcPr>
            <w:tcW w:w="5388" w:type="dxa"/>
          </w:tcPr>
          <w:p w14:paraId="5EB288CA" w14:textId="2DAAD89D" w:rsidR="00E140A2" w:rsidRPr="008459EE" w:rsidRDefault="00E140A2" w:rsidP="00E140A2">
            <w:r w:rsidRPr="00CD7100">
              <w:t xml:space="preserve">Salinan RO1/MO1/ Kad </w:t>
            </w:r>
            <w:proofErr w:type="spellStart"/>
            <w:r w:rsidRPr="00CD7100">
              <w:t>Pengenalan</w:t>
            </w:r>
            <w:proofErr w:type="spellEnd"/>
            <w:r w:rsidRPr="00CD7100">
              <w:t xml:space="preserve"> 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</w:t>
            </w:r>
            <w:proofErr w:type="spellStart"/>
            <w:r w:rsidR="00853B47">
              <w:t>K</w:t>
            </w:r>
            <w:r w:rsidRPr="00CD7100">
              <w:t>ebenaran</w:t>
            </w:r>
            <w:proofErr w:type="spellEnd"/>
            <w:r w:rsidRPr="00CD7100">
              <w:t>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Media/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</w:t>
            </w:r>
            <w:proofErr w:type="spellStart"/>
            <w:r w:rsidR="00853B47">
              <w:t>A</w:t>
            </w:r>
            <w:r w:rsidRPr="00CD7100">
              <w:t>kuan</w:t>
            </w:r>
            <w:proofErr w:type="spellEnd"/>
            <w:r w:rsidRPr="00CD7100">
              <w:t xml:space="preserve"> Kesihatan (</w:t>
            </w:r>
            <w:proofErr w:type="spellStart"/>
            <w:r w:rsidRPr="00CD7100">
              <w:t>jika</w:t>
            </w:r>
            <w:proofErr w:type="spellEnd"/>
            <w:r w:rsidRPr="00CD7100">
              <w:t xml:space="preserve"> </w:t>
            </w:r>
            <w:proofErr w:type="spellStart"/>
            <w:proofErr w:type="gramStart"/>
            <w:r w:rsidRPr="00CD7100">
              <w:t>perlu</w:t>
            </w:r>
            <w:proofErr w:type="spellEnd"/>
            <w:r w:rsidRPr="00CD7100">
              <w:t xml:space="preserve">)  </w:t>
            </w:r>
            <w:proofErr w:type="spellStart"/>
            <w:r w:rsidRPr="00CD7100">
              <w:t>Atlet</w:t>
            </w:r>
            <w:proofErr w:type="spellEnd"/>
            <w:proofErr w:type="gramEnd"/>
            <w:r w:rsidRPr="00CD7100">
              <w:t xml:space="preserve"> </w:t>
            </w:r>
            <w:r>
              <w:t>11</w:t>
            </w:r>
          </w:p>
        </w:tc>
        <w:tc>
          <w:tcPr>
            <w:tcW w:w="1134" w:type="dxa"/>
          </w:tcPr>
          <w:p w14:paraId="0236A951" w14:textId="664C3747" w:rsidR="00E140A2" w:rsidRDefault="00E140A2" w:rsidP="00E140A2">
            <w:r>
              <w:t>☐</w:t>
            </w:r>
          </w:p>
        </w:tc>
        <w:tc>
          <w:tcPr>
            <w:tcW w:w="1417" w:type="dxa"/>
          </w:tcPr>
          <w:p w14:paraId="060A4C8A" w14:textId="14F1999A" w:rsidR="00E140A2" w:rsidRDefault="00E140A2" w:rsidP="00E140A2">
            <w:r>
              <w:t>☐</w:t>
            </w:r>
          </w:p>
        </w:tc>
        <w:tc>
          <w:tcPr>
            <w:tcW w:w="2410" w:type="dxa"/>
          </w:tcPr>
          <w:p w14:paraId="542701E2" w14:textId="77777777" w:rsidR="00E140A2" w:rsidRDefault="00E140A2" w:rsidP="00E140A2"/>
        </w:tc>
      </w:tr>
      <w:tr w:rsidR="00E140A2" w14:paraId="702E32F0" w14:textId="77777777" w:rsidTr="00317858">
        <w:tc>
          <w:tcPr>
            <w:tcW w:w="708" w:type="dxa"/>
          </w:tcPr>
          <w:p w14:paraId="61AC2776" w14:textId="6183D1D7" w:rsidR="00E140A2" w:rsidRDefault="00E140A2" w:rsidP="00E140A2">
            <w:r>
              <w:t>15</w:t>
            </w:r>
          </w:p>
        </w:tc>
        <w:tc>
          <w:tcPr>
            <w:tcW w:w="5388" w:type="dxa"/>
          </w:tcPr>
          <w:p w14:paraId="2472C850" w14:textId="2E2D1862" w:rsidR="00E140A2" w:rsidRPr="008459EE" w:rsidRDefault="00E140A2" w:rsidP="00E140A2">
            <w:r w:rsidRPr="00CD7100">
              <w:t xml:space="preserve">Salinan RO1/MO1/ Kad </w:t>
            </w:r>
            <w:proofErr w:type="spellStart"/>
            <w:r w:rsidRPr="00CD7100">
              <w:t>Pengenalan</w:t>
            </w:r>
            <w:proofErr w:type="spellEnd"/>
            <w:r w:rsidRPr="00CD7100">
              <w:t xml:space="preserve"> 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</w:t>
            </w:r>
            <w:proofErr w:type="spellStart"/>
            <w:r w:rsidR="00853B47">
              <w:t>K</w:t>
            </w:r>
            <w:r w:rsidRPr="00CD7100">
              <w:t>ebenaran</w:t>
            </w:r>
            <w:proofErr w:type="spellEnd"/>
            <w:r w:rsidRPr="00CD7100">
              <w:t>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Media/</w:t>
            </w:r>
            <w:proofErr w:type="spellStart"/>
            <w:r w:rsidRPr="00CD7100">
              <w:t>Borang</w:t>
            </w:r>
            <w:proofErr w:type="spellEnd"/>
            <w:r w:rsidRPr="00CD7100">
              <w:t xml:space="preserve"> </w:t>
            </w:r>
            <w:proofErr w:type="spellStart"/>
            <w:r w:rsidR="00853B47">
              <w:t>A</w:t>
            </w:r>
            <w:r w:rsidRPr="00CD7100">
              <w:t>kuan</w:t>
            </w:r>
            <w:proofErr w:type="spellEnd"/>
            <w:r w:rsidRPr="00CD7100">
              <w:t xml:space="preserve"> Kesihatan (</w:t>
            </w:r>
            <w:proofErr w:type="spellStart"/>
            <w:r w:rsidRPr="00CD7100">
              <w:t>jika</w:t>
            </w:r>
            <w:proofErr w:type="spellEnd"/>
            <w:r w:rsidRPr="00CD7100">
              <w:t xml:space="preserve"> </w:t>
            </w:r>
            <w:proofErr w:type="spellStart"/>
            <w:proofErr w:type="gramStart"/>
            <w:r w:rsidRPr="00CD7100">
              <w:t>perlu</w:t>
            </w:r>
            <w:proofErr w:type="spellEnd"/>
            <w:r w:rsidRPr="00CD7100">
              <w:t xml:space="preserve">)  </w:t>
            </w:r>
            <w:proofErr w:type="spellStart"/>
            <w:r w:rsidRPr="00CD7100">
              <w:t>Atlet</w:t>
            </w:r>
            <w:proofErr w:type="spellEnd"/>
            <w:proofErr w:type="gramEnd"/>
            <w:r w:rsidRPr="00CD7100">
              <w:t xml:space="preserve"> </w:t>
            </w:r>
            <w:r>
              <w:t>12</w:t>
            </w:r>
          </w:p>
        </w:tc>
        <w:tc>
          <w:tcPr>
            <w:tcW w:w="1134" w:type="dxa"/>
          </w:tcPr>
          <w:p w14:paraId="627B74DC" w14:textId="139E77A0" w:rsidR="00E140A2" w:rsidRDefault="00E140A2" w:rsidP="00E140A2">
            <w:r>
              <w:t>☐</w:t>
            </w:r>
          </w:p>
        </w:tc>
        <w:tc>
          <w:tcPr>
            <w:tcW w:w="1417" w:type="dxa"/>
          </w:tcPr>
          <w:p w14:paraId="353F06EC" w14:textId="415FDDF6" w:rsidR="00E140A2" w:rsidRDefault="00E140A2" w:rsidP="00E140A2">
            <w:r>
              <w:t>☐</w:t>
            </w:r>
          </w:p>
        </w:tc>
        <w:tc>
          <w:tcPr>
            <w:tcW w:w="2410" w:type="dxa"/>
          </w:tcPr>
          <w:p w14:paraId="4DF94DE5" w14:textId="77777777" w:rsidR="00E140A2" w:rsidRDefault="00E140A2" w:rsidP="00E140A2"/>
        </w:tc>
      </w:tr>
    </w:tbl>
    <w:p w14:paraId="74429E98" w14:textId="77777777" w:rsidR="000A2606" w:rsidRDefault="000A2606" w:rsidP="000A2606">
      <w:pPr>
        <w:spacing w:after="0"/>
      </w:pPr>
    </w:p>
    <w:p w14:paraId="4EC25F15" w14:textId="6370AA50" w:rsidR="00C947AE" w:rsidRDefault="00000000" w:rsidP="000A2606">
      <w:pPr>
        <w:spacing w:after="0"/>
      </w:pPr>
      <w:r>
        <w:t>UNTUK KEGUNAAN URUSETIA</w:t>
      </w:r>
    </w:p>
    <w:p w14:paraId="11C68ADD" w14:textId="77777777" w:rsidR="00C947AE" w:rsidRDefault="00000000" w:rsidP="000A2606">
      <w:pPr>
        <w:spacing w:after="0"/>
      </w:pPr>
      <w:r>
        <w:t>Status: ☐ Lengkap ☐ Tidak Lengkap</w:t>
      </w:r>
    </w:p>
    <w:p w14:paraId="08C9F8C9" w14:textId="77777777" w:rsidR="00C947AE" w:rsidRDefault="00000000" w:rsidP="000A2606">
      <w:pPr>
        <w:spacing w:after="0"/>
      </w:pPr>
      <w:r>
        <w:t xml:space="preserve">Disahkan </w:t>
      </w:r>
      <w:proofErr w:type="gramStart"/>
      <w:r>
        <w:t>Oleh :</w:t>
      </w:r>
      <w:proofErr w:type="gramEnd"/>
      <w:r>
        <w:t xml:space="preserve"> ____________________________</w:t>
      </w:r>
    </w:p>
    <w:p w14:paraId="4759E8D9" w14:textId="77777777" w:rsidR="00C947AE" w:rsidRDefault="00000000" w:rsidP="000A2606">
      <w:pPr>
        <w:spacing w:after="0"/>
      </w:pPr>
      <w:proofErr w:type="gramStart"/>
      <w:r>
        <w:t>Tarikh :</w:t>
      </w:r>
      <w:proofErr w:type="gramEnd"/>
      <w:r>
        <w:t xml:space="preserve"> ____________________________</w:t>
      </w:r>
    </w:p>
    <w:sectPr w:rsidR="00C947AE" w:rsidSect="000A2606">
      <w:pgSz w:w="12240" w:h="15840"/>
      <w:pgMar w:top="568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0659013">
    <w:abstractNumId w:val="8"/>
  </w:num>
  <w:num w:numId="2" w16cid:durableId="240146452">
    <w:abstractNumId w:val="6"/>
  </w:num>
  <w:num w:numId="3" w16cid:durableId="1574005145">
    <w:abstractNumId w:val="5"/>
  </w:num>
  <w:num w:numId="4" w16cid:durableId="947928677">
    <w:abstractNumId w:val="4"/>
  </w:num>
  <w:num w:numId="5" w16cid:durableId="1513648414">
    <w:abstractNumId w:val="7"/>
  </w:num>
  <w:num w:numId="6" w16cid:durableId="1192570122">
    <w:abstractNumId w:val="3"/>
  </w:num>
  <w:num w:numId="7" w16cid:durableId="2084334413">
    <w:abstractNumId w:val="2"/>
  </w:num>
  <w:num w:numId="8" w16cid:durableId="669523697">
    <w:abstractNumId w:val="1"/>
  </w:num>
  <w:num w:numId="9" w16cid:durableId="183687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606"/>
    <w:rsid w:val="0015074B"/>
    <w:rsid w:val="002712DB"/>
    <w:rsid w:val="0029639D"/>
    <w:rsid w:val="00317858"/>
    <w:rsid w:val="00326F90"/>
    <w:rsid w:val="00327445"/>
    <w:rsid w:val="006052C5"/>
    <w:rsid w:val="00770AAF"/>
    <w:rsid w:val="00815D22"/>
    <w:rsid w:val="00853B47"/>
    <w:rsid w:val="00AA1D8D"/>
    <w:rsid w:val="00B47730"/>
    <w:rsid w:val="00C06A8A"/>
    <w:rsid w:val="00C35393"/>
    <w:rsid w:val="00C947AE"/>
    <w:rsid w:val="00CB0664"/>
    <w:rsid w:val="00DA2A61"/>
    <w:rsid w:val="00DB6A49"/>
    <w:rsid w:val="00E140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A35743"/>
  <w14:defaultImageDpi w14:val="300"/>
  <w15:docId w15:val="{BCCEC307-8B43-4E62-9CD9-40F956A9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 Nor Asiah Mahmood</cp:lastModifiedBy>
  <cp:revision>6</cp:revision>
  <dcterms:created xsi:type="dcterms:W3CDTF">2026-06-21T11:19:00Z</dcterms:created>
  <dcterms:modified xsi:type="dcterms:W3CDTF">2026-07-20T06:59:00Z</dcterms:modified>
  <cp:category/>
</cp:coreProperties>
</file>